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בקלפי הכתיבה וההבעה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ויצירתית בעקבות נושאי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במטפורות בתיאור דמויות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הוקרה למבוגרים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תמיד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הצירים המוזכרים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ציר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 על מבוגר/ת משמעותי/ת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(כתיבה על חברויות וזיכרונות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דמות באמצעות דימוי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(דמיון של רעיון חדש לעולם הלימוד)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מעשה קטן וההרגשה שהוא 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רעיון יצירתי ומנומק, קשור לשיפור חיי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צירים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שכתיבה אישית דורשת הגנה על פרטיות ונוחות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מטפורה מתאימה המתארת תכונה חיובית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הקלפים בפועל ולבקש מהתלמידים לשייך כל שאלה לציר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בחירה אמיתית אם לשתף את הכתיבה האישית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במהדורה המקוצרת ניתן להשמיט את פריטי ה-skip_n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קלפי הכתיבה וההבעה מזמינים אתכם לכתוב ולהביע את עצמכם בעקבות השיר, בארבעה צירים: מבט אישי, עולם בית הספר, שפה ומטפורות, ויצירה וחזון. זכרו - השיתוף תמיד בחירה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הערכה  ·  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השיר ׳מכתב למורה׳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הוקרה למבוגרים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תחרויות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טיולים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אחד מארבעת הצירים בקלפי הכתיבה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כללי תנועה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מתכונים לבישול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בקלפי הכתיבה יש ארבעה צירים שונים של נושאים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לשתף את כל מה שכותבים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הצירים עוסק במבט אישי והערכה של אנשים בחיינו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אחד הצירים בקלפים נקרא מבט אישי ו__________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ציר נוסף בקלפים עוסק בעולם בית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ציר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דמות באמצעות דימוי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דמיון של רעיון חדש לעולם הלימוד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על מבוגר/ת משמעותי/ת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כתיבה על חברויות וזיכרונות מהכיתה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 על מבוגר/ת שעזר/ה לכם להרגיש טוב, גם בלי לציין שם אם אינכם רוצים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כותבים קלף חדש לציר ׳יצירה, חזון ושינוי׳ - איזה רעיון לשינוי בבית הספר הייתם מציעים?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צירים מתוך ארבעת הצירים בקלפי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שהשיתוף יהיה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