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הצירים בקלפי הכתיבה וההבעה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ויצירתית בעקבות נושאי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שימוש במטפורות בתיאור דמויות משמעותיות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הוקרה למבוגרים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עולם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כל תלמיד/ה בוחר/ת אם לשתף את כתיבתו/ה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לתאר דמות באמצעות דימוי או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לדמיין שינוי או רעיון חדש לעתיד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תמיד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הצירים המוזכרים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הקלפים עוסקים בכתיבה אישית ויצירתית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חלק מציר השפה והמטפורות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מטפורות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ציר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(כתיבה על מבוגר/ת משמעותי/ת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(כתיבה על חברויות וזיכרונות מהכיתה)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(תיאור דמות באמצעות דימוי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(דמיון של רעיון חדש לעולם הלימוד)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מעשה קטן וההרגשה שהוא עורר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מטפורה מקורית המתארת תכונה בולטת של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רעיון יצירתי ומנומק, קשור לשיפור חיי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פיסקה הכוללת הבעת תודה והסבר קצר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צירים נכונים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שכתיבה אישית דורשת הגנה על פרטיות ונוחות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מטפורה מתאימה המתארת תכונה חיובית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הקלפים בפועל ולבקש מהתלמידים לשייך כל שאלה לציר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בחירה אמיתית אם לשתף את הכתיבה האישית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במהדורה המקוצרת ניתן להשמיט את פריטי ה-skip_n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קלפים עם משימות כתיבה על השיר. יש ארבעה סוגים של קלפים. אתם בוחרים אם לשתף את מה שכתבתם.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מרכזי שסביבו מאורגנות המשימות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דבר אחד כאילו הוא דבר אחר, כדי להעביר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אנושית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בטוב שמישהו עושה למעננו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או תמונה של עתיד רצוי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או להראות למישהו אחר מה שכתבנו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משמעותית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שהשפיע עלינו לטובה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עשייה של משהו חדש ומקורי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מדבר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הוקרה למבוגרים משמעותיים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תחרויות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מתכוני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נושא מופיע בקלפים?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כללי תנועה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מתכונים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חוקי משחק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המשפט הזה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תלמיד/ה בוחר/ת אם לשתף את כתיבתו/ה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 להקריא בפני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לכתוב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לשתף רק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בקלפי השפה?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דמות באמצעות דימוי או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לפתור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בקלפי היצירה?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לדמיין שינוי או רעיון חדש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על שיר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טקסט מהספר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לפתור חידון ידע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הכתיבה יש ארבעה צירים שונים של נושאים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לשתף את כל מה שכותבים בפני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הצירים עוסק במבט אישי והערכה של אנשים בחיינו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עוסקים רק בכללי דקדוק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להיעזר במטפורה כדי לתאר דמות משמעותית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הצירים בקלפים נקרא מבט אישי ו__________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 נוסף בקלפים עוסק בעולם בית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בקלף ׳מלאך בשר ו__________׳ מתבקשים לכתוב על מבוגר 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השיתוף בכתיבה האישית הוא תמיד עניין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קלפים בציר השפה עוסקים גם ב__________ ובמשמעות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ציר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על חברויות וזיכרונות מהכיתה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דמות באמצעות דימוי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דמיון של רעיון חדש לעולם הלימוד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כתיבה על מבוגר/ת משמעותי/ת בחיים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 על מבוגר/ת שעזר/ה לכם להרגיש טוב, גם בלי לציין שם אם אינכם רוצים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באמצעות מטפורה אחת דמות משמעותית בחייכם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קלף חדש לציר ׳יצירה, חזון ושינוי׳ - איזה רעיון לשינוי בבית הספר הייתם מציעים?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פיסקה קצרה בהשראת השיר, המביעה הערכה למישהו/י בלי לחשוף פרטים אישיים אם אינכם רוצים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צירים מתוך ארבעת הצירים בקלפי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שהשיתוף יהיה תמיד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למטפורה שיכולה לתאר דמות משמעותית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כתיבה והבעה בעקבות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